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Bhoomi Saxena</w:t>
      </w:r>
    </w:p>
    <w:p>
      <w:r>
        <w:rPr>
          <w:b/>
        </w:rPr>
        <w:t>Power BI Developer (Fresher)</w:t>
        <w:br/>
      </w:r>
      <w:r>
        <w:t>Bhopal, Madhya Pradesh</w:t>
        <w:br/>
      </w:r>
      <w:r>
        <w:t>Phone: +91 6268967699</w:t>
        <w:br/>
        <w:t>Email: saxenabhoomi796@gmail.com</w:t>
        <w:br/>
      </w:r>
      <w:r>
        <w:t>LinkedIn: www.linkedin.com/in/bhoomi-saxena-a026b937b</w:t>
        <w:br/>
      </w:r>
      <w:r>
        <w:t>GitHub: https://github.com/BhoomiSaxena05</w:t>
      </w:r>
    </w:p>
    <w:p>
      <w:pPr>
        <w:pStyle w:val="Heading2"/>
      </w:pPr>
      <w:r>
        <w:t>Professional Summary</w:t>
      </w:r>
    </w:p>
    <w:p>
      <w:r>
        <w:t>Aspiring Power BI Developer with hands-on experience building interactive dashboards using Power BI, DAX, Power Query, SQL, and Excel. Skilled in data cleaning, data modeling, KPI reporting, and business insights. Developed end-to-end Sales, HR, Supply Chain, and Financial Analytics dashboards.</w:t>
      </w:r>
    </w:p>
    <w:p>
      <w:pPr>
        <w:pStyle w:val="Heading2"/>
      </w:pPr>
      <w:r>
        <w:t>Technical Skills</w:t>
      </w:r>
    </w:p>
    <w:p>
      <w:pPr>
        <w:pStyle w:val="ListBullet"/>
      </w:pPr>
      <w:r>
        <w:t>Power BI</w:t>
      </w:r>
    </w:p>
    <w:p>
      <w:pPr>
        <w:pStyle w:val="ListBullet"/>
      </w:pPr>
      <w:r>
        <w:t>DAX</w:t>
      </w:r>
    </w:p>
    <w:p>
      <w:pPr>
        <w:pStyle w:val="ListBullet"/>
      </w:pPr>
      <w:r>
        <w:t>Power Query</w:t>
      </w:r>
    </w:p>
    <w:p>
      <w:pPr>
        <w:pStyle w:val="ListBullet"/>
      </w:pPr>
      <w:r>
        <w:t>SQL</w:t>
      </w:r>
    </w:p>
    <w:p>
      <w:pPr>
        <w:pStyle w:val="ListBullet"/>
      </w:pPr>
      <w:r>
        <w:t>Microsoft Excel</w:t>
      </w:r>
    </w:p>
    <w:p>
      <w:pPr>
        <w:pStyle w:val="ListBullet"/>
      </w:pPr>
      <w:r>
        <w:t>Data Modeling</w:t>
      </w:r>
    </w:p>
    <w:p>
      <w:pPr>
        <w:pStyle w:val="ListBullet"/>
      </w:pPr>
      <w:r>
        <w:t>Python (Basic)</w:t>
      </w:r>
    </w:p>
    <w:p>
      <w:pPr>
        <w:pStyle w:val="ListBullet"/>
      </w:pPr>
      <w:r>
        <w:t>Git &amp; GitHub</w:t>
      </w:r>
    </w:p>
    <w:p>
      <w:pPr>
        <w:pStyle w:val="Heading2"/>
      </w:pPr>
      <w:r>
        <w:t>Projects</w:t>
      </w:r>
    </w:p>
    <w:p>
      <w:r>
        <w:rPr>
          <w:b/>
        </w:rPr>
        <w:t>Sales Analytics Dashboard</w:t>
      </w:r>
    </w:p>
    <w:p>
      <w:pPr>
        <w:pStyle w:val="ListBullet"/>
      </w:pPr>
      <w:r>
        <w:t>Built interactive sales dashboard with KPIs, slicers, DAX measures and business insights.</w:t>
      </w:r>
    </w:p>
    <w:p>
      <w:r>
        <w:rPr>
          <w:b/>
        </w:rPr>
        <w:t>HR Analytics Dashboard</w:t>
      </w:r>
    </w:p>
    <w:p>
      <w:pPr>
        <w:pStyle w:val="ListBullet"/>
      </w:pPr>
      <w:r>
        <w:t>Analyzed employee attrition by department, gender, age group, overtime and marital status.</w:t>
      </w:r>
    </w:p>
    <w:p>
      <w:r>
        <w:rPr>
          <w:b/>
        </w:rPr>
        <w:t>Supply Chain Analytics Dashboard</w:t>
      </w:r>
    </w:p>
    <w:p>
      <w:pPr>
        <w:pStyle w:val="ListBullet"/>
      </w:pPr>
      <w:r>
        <w:t>Analyzed shipping performance, delivery status, market profit and logistics KPIs.</w:t>
      </w:r>
    </w:p>
    <w:p>
      <w:r>
        <w:rPr>
          <w:b/>
        </w:rPr>
        <w:t>Financial Analytics Dashboard</w:t>
      </w:r>
    </w:p>
    <w:p>
      <w:pPr>
        <w:pStyle w:val="ListBullet"/>
      </w:pPr>
      <w:r>
        <w:t>Created financial dashboard covering Sales, Profit, COGS, Discount, YTD Sales and Profit Margin.</w:t>
      </w:r>
    </w:p>
    <w:p>
      <w:pPr>
        <w:pStyle w:val="Heading2"/>
      </w:pPr>
      <w:r>
        <w:t>Education</w:t>
      </w:r>
    </w:p>
    <w:p>
      <w:r>
        <w:t>Bachelor of Computer Applications (BCA)</w:t>
        <w:br/>
        <w:t>Makhanlal Chaturvedi National University of Journalism and Communication</w:t>
        <w:br/>
        <w:t>Expected Graduation: 2027</w:t>
        <w:br/>
        <w:t>CGPA: 7.4</w:t>
      </w:r>
    </w:p>
    <w:p>
      <w:pPr>
        <w:pStyle w:val="Heading2"/>
      </w:pPr>
      <w:r>
        <w:t>Certifications</w:t>
      </w:r>
    </w:p>
    <w:p>
      <w:pPr>
        <w:pStyle w:val="ListBullet"/>
      </w:pPr>
      <w:r>
        <w:t>Deloitte Data Analytics Virtual Internship</w:t>
      </w:r>
    </w:p>
    <w:p>
      <w:pPr>
        <w:pStyle w:val="ListBullet"/>
      </w:pPr>
      <w:r>
        <w:t>Microsoft Learn - Write DAX Formulas for Semantic Models</w:t>
      </w:r>
    </w:p>
    <w:p>
      <w:pPr>
        <w:pStyle w:val="ListBullet"/>
      </w:pPr>
      <w:r>
        <w:t>Microsoft Learn - Configure a Semantic Model</w:t>
      </w:r>
    </w:p>
    <w:p>
      <w:pPr>
        <w:pStyle w:val="ListBullet"/>
      </w:pPr>
      <w:r>
        <w:t>Microsoft Learn - Introduction to End-to-End Analytics using Microsoft Fabric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